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0EE0558A" w14:textId="77777777" w:rsidTr="007118B8">
        <w:trPr>
          <w:trHeight w:val="1585"/>
        </w:trPr>
        <w:tc>
          <w:tcPr>
            <w:tcW w:w="2115" w:type="dxa"/>
          </w:tcPr>
          <w:p w14:paraId="6C541BF1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71C0DCB7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4F3E48C1" w14:textId="4094FB0C" w:rsidR="002454D4" w:rsidRPr="00802F99" w:rsidRDefault="00B8710D" w:rsidP="002454D4">
      <w:pPr>
        <w:pBdr>
          <w:bottom w:val="single" w:sz="10" w:space="0" w:color="C59C57"/>
        </w:pBdr>
        <w:spacing w:after="300"/>
        <w:jc w:val="center"/>
        <w:rPr>
          <w:b/>
          <w:bCs/>
        </w:rPr>
      </w:pPr>
      <w:r>
        <w:rPr>
          <w:b/>
          <w:bCs/>
        </w:rPr>
        <w:t xml:space="preserve">YÜKSEK LİSANS/DOKTORA PROGRAMI YATAY GEÇİŞ BAŞVURU </w:t>
      </w:r>
      <w:r w:rsidR="00337964">
        <w:rPr>
          <w:b/>
          <w:bCs/>
        </w:rPr>
        <w:t>DİLEKÇESİ</w:t>
      </w:r>
    </w:p>
    <w:p w14:paraId="2379E1BE" w14:textId="77777777" w:rsidR="00A10BCF" w:rsidRDefault="00000000">
      <w:pPr>
        <w:keepNext/>
        <w:pBdr>
          <w:bottom w:val="single" w:sz="8" w:space="0" w:color="D5BC8A"/>
        </w:pBdr>
        <w:spacing w:after="120"/>
      </w:pPr>
      <w:r>
        <w:rPr>
          <w:b/>
        </w:rPr>
        <w:t>ADAYIN BİLGİLERİ</w:t>
      </w:r>
    </w:p>
    <w:p w14:paraId="15D5F065" w14:textId="62024C2F" w:rsidR="00A10BCF" w:rsidRDefault="00000000">
      <w:pPr>
        <w:spacing w:after="100"/>
      </w:pPr>
      <w:r>
        <w:rPr>
          <w:b/>
        </w:rPr>
        <w:t xml:space="preserve">T.C. Kimlik No </w:t>
      </w:r>
      <w:r w:rsidR="00E80581">
        <w:rPr>
          <w:b/>
        </w:rPr>
        <w:tab/>
      </w:r>
      <w:r>
        <w:rPr>
          <w:b/>
        </w:rPr>
        <w:t xml:space="preserve">: </w:t>
      </w:r>
      <w:r>
        <w:t>................................................................................................</w:t>
      </w:r>
    </w:p>
    <w:p w14:paraId="4B741946" w14:textId="5C4519F9" w:rsidR="00A10BCF" w:rsidRDefault="00000000">
      <w:pPr>
        <w:spacing w:after="100"/>
      </w:pPr>
      <w:r>
        <w:rPr>
          <w:b/>
        </w:rPr>
        <w:t xml:space="preserve">Adı Soyadı </w:t>
      </w:r>
      <w:r w:rsidR="00E80581">
        <w:rPr>
          <w:b/>
        </w:rPr>
        <w:tab/>
      </w:r>
      <w:r w:rsidR="00E80581">
        <w:rPr>
          <w:b/>
        </w:rPr>
        <w:tab/>
      </w:r>
      <w:r>
        <w:rPr>
          <w:b/>
        </w:rPr>
        <w:t xml:space="preserve">: </w:t>
      </w:r>
      <w:r>
        <w:t>................................................................................................</w:t>
      </w:r>
    </w:p>
    <w:p w14:paraId="3FFA7051" w14:textId="3F5680BD" w:rsidR="00A10BCF" w:rsidRDefault="00000000">
      <w:pPr>
        <w:spacing w:after="100"/>
      </w:pPr>
      <w:r>
        <w:rPr>
          <w:b/>
        </w:rPr>
        <w:t xml:space="preserve">Baba Adı </w:t>
      </w:r>
      <w:r w:rsidR="00E80581">
        <w:rPr>
          <w:b/>
        </w:rPr>
        <w:tab/>
      </w:r>
      <w:r w:rsidR="00E80581">
        <w:rPr>
          <w:b/>
        </w:rPr>
        <w:tab/>
      </w:r>
      <w:r>
        <w:rPr>
          <w:b/>
        </w:rPr>
        <w:t xml:space="preserve">: </w:t>
      </w:r>
      <w:r>
        <w:t>................................................................................................</w:t>
      </w:r>
    </w:p>
    <w:p w14:paraId="05B39DC2" w14:textId="7495BAF5" w:rsidR="00A10BCF" w:rsidRDefault="00000000">
      <w:pPr>
        <w:spacing w:after="100"/>
      </w:pPr>
      <w:r>
        <w:rPr>
          <w:b/>
        </w:rPr>
        <w:t xml:space="preserve">Doğum Tarihi - Yeri </w:t>
      </w:r>
      <w:r w:rsidR="00E80581">
        <w:rPr>
          <w:b/>
        </w:rPr>
        <w:tab/>
      </w:r>
      <w:r>
        <w:rPr>
          <w:b/>
        </w:rPr>
        <w:t xml:space="preserve">: </w:t>
      </w:r>
      <w:r>
        <w:t>................................................................................................</w:t>
      </w:r>
    </w:p>
    <w:p w14:paraId="56B7D625" w14:textId="35E8F11B" w:rsidR="00A10BCF" w:rsidRDefault="00000000">
      <w:pPr>
        <w:spacing w:after="100"/>
      </w:pPr>
      <w:r>
        <w:rPr>
          <w:b/>
        </w:rPr>
        <w:t xml:space="preserve">Adres </w:t>
      </w:r>
      <w:r w:rsidR="00E80581">
        <w:rPr>
          <w:b/>
        </w:rPr>
        <w:tab/>
      </w:r>
      <w:r w:rsidR="00E80581">
        <w:rPr>
          <w:b/>
        </w:rPr>
        <w:tab/>
      </w:r>
      <w:r w:rsidR="00E80581">
        <w:rPr>
          <w:b/>
        </w:rPr>
        <w:tab/>
      </w:r>
      <w:r>
        <w:rPr>
          <w:b/>
        </w:rPr>
        <w:t xml:space="preserve">: </w:t>
      </w:r>
      <w:r>
        <w:t>................................................................................................</w:t>
      </w:r>
    </w:p>
    <w:p w14:paraId="659F2BE5" w14:textId="1A5E95ED" w:rsidR="00A10BCF" w:rsidRDefault="00000000">
      <w:pPr>
        <w:spacing w:after="100"/>
      </w:pPr>
      <w:r>
        <w:rPr>
          <w:b/>
        </w:rPr>
        <w:t xml:space="preserve">GSM </w:t>
      </w:r>
      <w:r w:rsidR="00E80581">
        <w:rPr>
          <w:b/>
        </w:rPr>
        <w:tab/>
      </w:r>
      <w:r w:rsidR="00E80581">
        <w:rPr>
          <w:b/>
        </w:rPr>
        <w:tab/>
      </w:r>
      <w:r w:rsidR="00E80581">
        <w:rPr>
          <w:b/>
        </w:rPr>
        <w:tab/>
      </w:r>
      <w:r>
        <w:rPr>
          <w:b/>
        </w:rPr>
        <w:t xml:space="preserve">: </w:t>
      </w:r>
      <w:r>
        <w:t>................................................................................................</w:t>
      </w:r>
    </w:p>
    <w:p w14:paraId="2663E3F5" w14:textId="5B56400F" w:rsidR="00A10BCF" w:rsidRDefault="00000000">
      <w:pPr>
        <w:spacing w:after="100"/>
      </w:pPr>
      <w:r>
        <w:rPr>
          <w:b/>
        </w:rPr>
        <w:t xml:space="preserve">E-posta </w:t>
      </w:r>
      <w:r w:rsidR="00E80581">
        <w:rPr>
          <w:b/>
        </w:rPr>
        <w:tab/>
      </w:r>
      <w:r w:rsidR="00E80581">
        <w:rPr>
          <w:b/>
        </w:rPr>
        <w:tab/>
      </w:r>
      <w:r>
        <w:rPr>
          <w:b/>
        </w:rPr>
        <w:t xml:space="preserve">: </w:t>
      </w:r>
      <w:r>
        <w:t>................................................................................................</w:t>
      </w:r>
    </w:p>
    <w:p w14:paraId="612CF9D4" w14:textId="77777777" w:rsidR="00A10BCF" w:rsidRDefault="00000000">
      <w:pPr>
        <w:keepNext/>
        <w:pBdr>
          <w:bottom w:val="single" w:sz="8" w:space="0" w:color="D5BC8A"/>
        </w:pBdr>
        <w:spacing w:before="200" w:after="120"/>
      </w:pPr>
      <w:r>
        <w:rPr>
          <w:b/>
        </w:rPr>
        <w:t>KAYITLI BULUNDUĞU YÜKSEK LİSANS/DOKTORA PROGRAMINA AİT BİLGİLER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2"/>
        <w:gridCol w:w="2400"/>
        <w:gridCol w:w="1200"/>
        <w:gridCol w:w="1200"/>
        <w:gridCol w:w="1100"/>
        <w:gridCol w:w="1500"/>
      </w:tblGrid>
      <w:tr w:rsidR="00A10BCF" w14:paraId="679A2981" w14:textId="77777777">
        <w:trPr>
          <w:trHeight w:val="560"/>
        </w:trPr>
        <w:tc>
          <w:tcPr>
            <w:tcW w:w="2182" w:type="dxa"/>
            <w:vAlign w:val="center"/>
          </w:tcPr>
          <w:p w14:paraId="15793354" w14:textId="77777777" w:rsidR="00A10BCF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Üniversite</w:t>
            </w:r>
          </w:p>
        </w:tc>
        <w:tc>
          <w:tcPr>
            <w:tcW w:w="2400" w:type="dxa"/>
            <w:vAlign w:val="center"/>
          </w:tcPr>
          <w:p w14:paraId="65B2D3E9" w14:textId="77777777" w:rsidR="00A10BCF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Ana Bilim Dalı</w:t>
            </w:r>
          </w:p>
        </w:tc>
        <w:tc>
          <w:tcPr>
            <w:tcW w:w="1200" w:type="dxa"/>
            <w:vAlign w:val="center"/>
          </w:tcPr>
          <w:p w14:paraId="18788CE8" w14:textId="77777777" w:rsidR="00A10BCF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Kayıt Tarihi</w:t>
            </w:r>
          </w:p>
        </w:tc>
        <w:tc>
          <w:tcPr>
            <w:tcW w:w="1200" w:type="dxa"/>
            <w:vAlign w:val="center"/>
          </w:tcPr>
          <w:p w14:paraId="63C24C0A" w14:textId="77777777" w:rsidR="00A10BCF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Genel Not Ort.</w:t>
            </w:r>
          </w:p>
        </w:tc>
        <w:tc>
          <w:tcPr>
            <w:tcW w:w="1100" w:type="dxa"/>
            <w:vAlign w:val="center"/>
          </w:tcPr>
          <w:p w14:paraId="2FEBF878" w14:textId="77777777" w:rsidR="00A10BCF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ALES Puanı</w:t>
            </w:r>
          </w:p>
        </w:tc>
        <w:tc>
          <w:tcPr>
            <w:tcW w:w="1500" w:type="dxa"/>
            <w:vAlign w:val="center"/>
          </w:tcPr>
          <w:p w14:paraId="0AA7EF76" w14:textId="77777777" w:rsidR="00A10BCF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Dil Puanı (Doktora için)</w:t>
            </w:r>
          </w:p>
        </w:tc>
      </w:tr>
      <w:tr w:rsidR="00A10BCF" w14:paraId="605FFBD9" w14:textId="77777777">
        <w:trPr>
          <w:trHeight w:val="620"/>
        </w:trPr>
        <w:tc>
          <w:tcPr>
            <w:tcW w:w="2182" w:type="dxa"/>
            <w:vAlign w:val="center"/>
          </w:tcPr>
          <w:p w14:paraId="20371714" w14:textId="77777777" w:rsidR="00A10BCF" w:rsidRDefault="00A10BCF">
            <w:pPr>
              <w:spacing w:before="60" w:after="60"/>
              <w:jc w:val="center"/>
            </w:pPr>
          </w:p>
        </w:tc>
        <w:tc>
          <w:tcPr>
            <w:tcW w:w="2400" w:type="dxa"/>
            <w:vAlign w:val="center"/>
          </w:tcPr>
          <w:p w14:paraId="7C7D0C3D" w14:textId="77777777" w:rsidR="00A10BCF" w:rsidRDefault="00A10BCF">
            <w:pPr>
              <w:spacing w:before="60" w:after="60"/>
              <w:jc w:val="center"/>
            </w:pPr>
          </w:p>
        </w:tc>
        <w:tc>
          <w:tcPr>
            <w:tcW w:w="1200" w:type="dxa"/>
            <w:vAlign w:val="center"/>
          </w:tcPr>
          <w:p w14:paraId="644B8648" w14:textId="77777777" w:rsidR="00A10BCF" w:rsidRDefault="00A10BCF">
            <w:pPr>
              <w:spacing w:before="60" w:after="60"/>
              <w:jc w:val="center"/>
            </w:pPr>
          </w:p>
        </w:tc>
        <w:tc>
          <w:tcPr>
            <w:tcW w:w="1200" w:type="dxa"/>
            <w:vAlign w:val="center"/>
          </w:tcPr>
          <w:p w14:paraId="406B573E" w14:textId="77777777" w:rsidR="00A10BCF" w:rsidRDefault="00A10BCF">
            <w:pPr>
              <w:spacing w:before="60" w:after="60"/>
              <w:jc w:val="center"/>
            </w:pPr>
          </w:p>
        </w:tc>
        <w:tc>
          <w:tcPr>
            <w:tcW w:w="1100" w:type="dxa"/>
            <w:vAlign w:val="center"/>
          </w:tcPr>
          <w:p w14:paraId="70FEAC41" w14:textId="77777777" w:rsidR="00A10BCF" w:rsidRDefault="00A10BCF">
            <w:pPr>
              <w:spacing w:before="60" w:after="60"/>
              <w:jc w:val="center"/>
            </w:pPr>
          </w:p>
        </w:tc>
        <w:tc>
          <w:tcPr>
            <w:tcW w:w="1500" w:type="dxa"/>
            <w:vAlign w:val="center"/>
          </w:tcPr>
          <w:p w14:paraId="7523256F" w14:textId="77777777" w:rsidR="00A10BCF" w:rsidRDefault="00A10BCF">
            <w:pPr>
              <w:spacing w:before="60" w:after="60"/>
              <w:jc w:val="center"/>
            </w:pPr>
          </w:p>
        </w:tc>
      </w:tr>
    </w:tbl>
    <w:p w14:paraId="5D4D9CA8" w14:textId="77777777" w:rsidR="00A10BCF" w:rsidRDefault="00000000">
      <w:pPr>
        <w:spacing w:before="240" w:after="160"/>
      </w:pPr>
      <w:r>
        <w:rPr>
          <w:b/>
        </w:rPr>
        <w:t xml:space="preserve">Başvurduğu Ana Bilim Dalı : </w:t>
      </w:r>
      <w:r>
        <w:t>................................................................ ANA BİLİM DALI</w:t>
      </w:r>
    </w:p>
    <w:p w14:paraId="057FB74C" w14:textId="77777777" w:rsidR="00A10BCF" w:rsidRDefault="00000000">
      <w:pPr>
        <w:spacing w:after="200"/>
        <w:jc w:val="both"/>
      </w:pPr>
      <w:r>
        <w:t>Yukarıda verdiğim bilgilerin doğru olduğunu, aksi takdirde başvurumun iptal edilmesini kabul ettiğimi beyan ederim.     .... / .... / 202..</w:t>
      </w:r>
    </w:p>
    <w:p w14:paraId="0FA77F0E" w14:textId="77777777" w:rsidR="00A10BCF" w:rsidRDefault="00000000">
      <w:pPr>
        <w:spacing w:after="120"/>
        <w:jc w:val="right"/>
      </w:pPr>
      <w:r>
        <w:t>(Adı, Soyadı, İmza)</w:t>
      </w:r>
    </w:p>
    <w:p w14:paraId="27C20884" w14:textId="77777777" w:rsidR="00A10BCF" w:rsidRDefault="00000000">
      <w:pPr>
        <w:keepNext/>
        <w:pBdr>
          <w:bottom w:val="single" w:sz="8" w:space="0" w:color="D5BC8A"/>
        </w:pBdr>
        <w:spacing w:before="200" w:after="140"/>
      </w:pPr>
      <w:r>
        <w:rPr>
          <w:b/>
        </w:rPr>
        <w:t>ANA BİLİM DALI GÖRÜŞÜ</w:t>
      </w:r>
    </w:p>
    <w:p w14:paraId="59CD6DEB" w14:textId="77777777" w:rsidR="00A10BCF" w:rsidRDefault="00000000">
      <w:pPr>
        <w:spacing w:after="120"/>
        <w:jc w:val="both"/>
      </w:pPr>
      <w:r>
        <w:t>Adı geçen adayın yatay geçiş başvurusu Ana Bilim Dalı Başkanlığınca;</w:t>
      </w:r>
    </w:p>
    <w:p w14:paraId="38FEB287" w14:textId="1E5DE58B" w:rsidR="00A10BCF" w:rsidRDefault="00E80581">
      <w:pPr>
        <w:spacing w:after="200"/>
        <w:jc w:val="center"/>
      </w:pP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Kabul Edilmiştir               </w:t>
      </w:r>
      <w:r>
        <w:rPr>
          <w:color w:val="000000" w:themeColor="text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Cs w:val="20"/>
        </w:rPr>
        <w:instrText xml:space="preserve"> FORMCHECKBOX </w:instrText>
      </w:r>
      <w:r>
        <w:rPr>
          <w:color w:val="000000" w:themeColor="text1"/>
          <w:szCs w:val="20"/>
        </w:rPr>
      </w:r>
      <w:r>
        <w:rPr>
          <w:color w:val="000000" w:themeColor="text1"/>
          <w:szCs w:val="20"/>
        </w:rPr>
        <w:fldChar w:fldCharType="separate"/>
      </w:r>
      <w:r>
        <w:rPr>
          <w:color w:val="000000" w:themeColor="text1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 w:rsidR="00000000">
        <w:t xml:space="preserve"> Kabul Edilmemiştir               .... / .... / 202..</w:t>
      </w:r>
    </w:p>
    <w:p w14:paraId="1E13BCF0" w14:textId="77777777" w:rsidR="00A10BCF" w:rsidRDefault="00000000">
      <w:pPr>
        <w:spacing w:after="120"/>
        <w:jc w:val="right"/>
      </w:pPr>
      <w:r>
        <w:t>(Ana Bilim Dalı Başkanı, Unvanı, Adı, Soyadı, İmza)</w:t>
      </w:r>
    </w:p>
    <w:p w14:paraId="7643F922" w14:textId="77777777" w:rsidR="00A10BCF" w:rsidRDefault="00000000">
      <w:pPr>
        <w:spacing w:after="160"/>
      </w:pPr>
      <w:r>
        <w:rPr>
          <w:b/>
        </w:rPr>
        <w:t xml:space="preserve">Not: </w:t>
      </w:r>
      <w:r>
        <w:t>Ana Bilim Dalı Kurul Kararı alınması gerekir.</w:t>
      </w:r>
    </w:p>
    <w:p w14:paraId="28B9852A" w14:textId="77777777" w:rsidR="00A10BCF" w:rsidRDefault="00000000">
      <w:pPr>
        <w:keepNext/>
        <w:spacing w:after="80"/>
      </w:pPr>
      <w:r>
        <w:rPr>
          <w:b/>
        </w:rPr>
        <w:t xml:space="preserve">Ekler: </w:t>
      </w:r>
    </w:p>
    <w:p w14:paraId="703660D1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ÜDS/KPDS veya eşdeğer yabancı dil sınav belgesi</w:t>
      </w:r>
    </w:p>
    <w:p w14:paraId="712D137B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ALES sonuç belgesi</w:t>
      </w:r>
    </w:p>
    <w:p w14:paraId="6951428D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Lisans/Yüksek Lisans mezuniyet belgesi</w:t>
      </w:r>
    </w:p>
    <w:p w14:paraId="6D731893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Lisans/Yüksek Lisans not durum belgesi (transkript)</w:t>
      </w:r>
    </w:p>
    <w:p w14:paraId="7382BB2E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Yüksek Lisans/Doktora not durum belgesi (transkript)</w:t>
      </w:r>
    </w:p>
    <w:p w14:paraId="7953D69C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Ders içerikleri</w:t>
      </w:r>
    </w:p>
    <w:p w14:paraId="205D051A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Nüfus cüzdanı fotokopisi</w:t>
      </w:r>
    </w:p>
    <w:p w14:paraId="2B99759D" w14:textId="77777777" w:rsidR="00A10BCF" w:rsidRDefault="00000000">
      <w:pPr>
        <w:pStyle w:val="ListeParagraf"/>
        <w:numPr>
          <w:ilvl w:val="0"/>
          <w:numId w:val="10"/>
        </w:numPr>
        <w:spacing w:after="40"/>
      </w:pPr>
      <w:r>
        <w:t>İki adet fotoğraf</w:t>
      </w:r>
    </w:p>
    <w:sectPr w:rsidR="00A10BCF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2454D4"/>
    <w:rsid w:val="0029639D"/>
    <w:rsid w:val="00326F90"/>
    <w:rsid w:val="00337964"/>
    <w:rsid w:val="003A1CEE"/>
    <w:rsid w:val="005A7C45"/>
    <w:rsid w:val="00606584"/>
    <w:rsid w:val="00A10BCF"/>
    <w:rsid w:val="00AA1D8D"/>
    <w:rsid w:val="00AD6073"/>
    <w:rsid w:val="00B47730"/>
    <w:rsid w:val="00B8710D"/>
    <w:rsid w:val="00CB0664"/>
    <w:rsid w:val="00D10FD3"/>
    <w:rsid w:val="00E805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221843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3</cp:revision>
  <dcterms:created xsi:type="dcterms:W3CDTF">2026-09-24T11:39:00Z</dcterms:created>
  <dcterms:modified xsi:type="dcterms:W3CDTF">2026-09-24T11:39:00Z</dcterms:modified>
  <cp:category/>
</cp:coreProperties>
</file>